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第二届北京清华医学人工智能论坛 · 投稿模板</w:t>
      </w:r>
    </w:p>
    <w:p>
      <w:r>
        <w:t>论文题目 / Title：</w:t>
      </w:r>
    </w:p>
    <w:p>
      <w:r>
        <w:t>作者 / Authors：姓名1, 姓名2*（*通讯作者）</w:t>
      </w:r>
    </w:p>
    <w:p>
      <w:r>
        <w:t>单位 / Affiliations：单位全称，城市，邮编</w:t>
      </w:r>
    </w:p>
    <w:p>
      <w:r>
        <w:t>投稿主题 / Topic：□ 医学大模型与临床决策  □ 智能影像与精准诊疗  □ AI 药物研发  □ 伦理治理与数据价值</w:t>
      </w:r>
    </w:p>
    <w:p/>
    <w:p>
      <w:pPr>
        <w:pStyle w:val="Heading1"/>
      </w:pPr>
      <w:r>
        <w:t>摘要 Abstract</w:t>
      </w:r>
    </w:p>
    <w:p>
      <w:r>
        <w:t>【目的 Objective】简述研究背景与目的。</w:t>
      </w:r>
    </w:p>
    <w:p>
      <w:r>
        <w:t>【方法 Methods】简述研究方法与技术路线。</w:t>
      </w:r>
    </w:p>
    <w:p>
      <w:r>
        <w:t>【结果 Results】简述主要结果与数据。</w:t>
      </w:r>
    </w:p>
    <w:p>
      <w:r>
        <w:t>【结论 Conclusion】简述研究结论与意义。</w:t>
      </w:r>
    </w:p>
    <w:p/>
    <w:p>
      <w:pPr>
        <w:pStyle w:val="Heading1"/>
      </w:pPr>
      <w:r>
        <w:t>关键词 Keywords</w:t>
      </w:r>
    </w:p>
    <w:p>
      <w:r>
        <w:t>3—5 个关键词，以分号分隔。</w:t>
      </w:r>
    </w:p>
    <w:p/>
    <w:p>
      <w:pPr>
        <w:pStyle w:val="Heading1"/>
      </w:pPr>
      <w:r>
        <w:t>投稿须知 Notes</w:t>
      </w:r>
    </w:p>
    <w:p>
      <w:r>
        <w:t>1. 摘要不超过 800 字（英文 500 词），全文不超过 2 页。</w:t>
      </w:r>
    </w:p>
    <w:p>
      <w:r>
        <w:t>2. 图表不超过 2 幅，图表需有编号与标题。</w:t>
      </w:r>
    </w:p>
    <w:p>
      <w:r>
        <w:t>3. 文件请以 PDF 格式导出后上传，命名格式：主题方向-第一作者姓名。</w:t>
      </w:r>
    </w:p>
    <w:p>
      <w:r>
        <w:t>4. 投稿须为未公开发表的原创工作；涉及人体研究需注明伦理批件编号。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